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6296E" w14:textId="77777777" w:rsidR="00615459" w:rsidRDefault="00615459">
      <w:pPr>
        <w:spacing w:before="40" w:after="0" w:line="240" w:lineRule="auto"/>
        <w:jc w:val="center"/>
        <w:rPr>
          <w:b/>
          <w:sz w:val="24"/>
        </w:rPr>
      </w:pPr>
    </w:p>
    <w:p w14:paraId="554FDD70" w14:textId="77777777" w:rsidR="00615459" w:rsidRDefault="00615459">
      <w:pPr>
        <w:spacing w:before="40" w:after="0" w:line="240" w:lineRule="auto"/>
        <w:jc w:val="center"/>
        <w:rPr>
          <w:b/>
          <w:sz w:val="24"/>
        </w:rPr>
      </w:pPr>
    </w:p>
    <w:p w14:paraId="4124BCC0" w14:textId="3ED03A0D" w:rsidR="00D57FEC" w:rsidRPr="00615459" w:rsidRDefault="00000000">
      <w:pPr>
        <w:spacing w:before="40" w:after="0" w:line="240" w:lineRule="auto"/>
        <w:jc w:val="center"/>
        <w:rPr>
          <w:lang w:val="it-IT"/>
        </w:rPr>
      </w:pPr>
      <w:r w:rsidRPr="00615459">
        <w:rPr>
          <w:b/>
          <w:sz w:val="24"/>
          <w:lang w:val="it-IT"/>
        </w:rPr>
        <w:t>MODULO RICHIESTA SUPPORTI PER STUDENTI CON DISABILITÀ E/O DSA</w:t>
      </w:r>
    </w:p>
    <w:p w14:paraId="3969E080" w14:textId="77777777" w:rsidR="00D57FEC" w:rsidRPr="00615459" w:rsidRDefault="00000000">
      <w:pPr>
        <w:spacing w:line="240" w:lineRule="auto"/>
        <w:jc w:val="center"/>
        <w:rPr>
          <w:lang w:val="it-IT"/>
        </w:rPr>
      </w:pPr>
      <w:r w:rsidRPr="00615459">
        <w:rPr>
          <w:lang w:val="it-IT"/>
        </w:rPr>
        <w:t>(da inviare tramite il servizio TICKET al Servizio disabilità e DSA)</w:t>
      </w:r>
    </w:p>
    <w:p w14:paraId="2DD664AB" w14:textId="77777777" w:rsidR="00D57FEC" w:rsidRPr="00615459" w:rsidRDefault="00000000">
      <w:pPr>
        <w:spacing w:after="100" w:line="240" w:lineRule="auto"/>
        <w:rPr>
          <w:lang w:val="it-IT"/>
        </w:rPr>
      </w:pPr>
      <w:r w:rsidRPr="00615459">
        <w:rPr>
          <w:lang w:val="it-IT"/>
        </w:rPr>
        <w:t>Al Presidente della Commissione per i Servizi alle disabilità e ai DSA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1"/>
        <w:gridCol w:w="6803"/>
      </w:tblGrid>
      <w:tr w:rsidR="00D57FEC" w14:paraId="2EFAE35D" w14:textId="77777777">
        <w:trPr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14E0C99E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 xml:space="preserve">Il/la </w:t>
            </w:r>
            <w:proofErr w:type="spellStart"/>
            <w:r>
              <w:rPr>
                <w:sz w:val="18"/>
              </w:rPr>
              <w:t>sottoscritto</w:t>
            </w:r>
            <w:proofErr w:type="spellEnd"/>
            <w:r>
              <w:rPr>
                <w:sz w:val="18"/>
              </w:rPr>
              <w:t>/a</w:t>
            </w:r>
          </w:p>
        </w:tc>
        <w:tc>
          <w:tcPr>
            <w:tcW w:w="680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0EA36F8B" w14:textId="77777777" w:rsidR="00D57FEC" w:rsidRDefault="00000000">
            <w:pPr>
              <w:spacing w:after="0" w:line="240" w:lineRule="auto"/>
            </w:pPr>
            <w:sdt>
              <w:sdtPr>
                <w:alias w:val="NOME_COGNOME"/>
                <w:tag w:val="NOME_COGNOME"/>
                <w:id w:val="-1306389558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</w:tr>
    </w:tbl>
    <w:p w14:paraId="69F145A4" w14:textId="77777777" w:rsidR="00D57FEC" w:rsidRDefault="00D57FEC">
      <w:pPr>
        <w:spacing w:after="2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79"/>
        <w:gridCol w:w="1871"/>
        <w:gridCol w:w="510"/>
        <w:gridCol w:w="2098"/>
        <w:gridCol w:w="822"/>
        <w:gridCol w:w="2466"/>
      </w:tblGrid>
      <w:tr w:rsidR="00D57FEC" w14:paraId="163894AE" w14:textId="77777777">
        <w:trPr>
          <w:jc w:val="center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6809A321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matricola</w:t>
            </w:r>
          </w:p>
        </w:tc>
        <w:tc>
          <w:tcPr>
            <w:tcW w:w="187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54C4212C" w14:textId="77777777" w:rsidR="00D57FEC" w:rsidRDefault="00000000">
            <w:pPr>
              <w:spacing w:after="0" w:line="240" w:lineRule="auto"/>
            </w:pPr>
            <w:sdt>
              <w:sdtPr>
                <w:alias w:val="MATRICOLA"/>
                <w:tag w:val="MATRICOLA"/>
                <w:id w:val="2001154719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03397C51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C.F.</w:t>
            </w:r>
          </w:p>
        </w:tc>
        <w:tc>
          <w:tcPr>
            <w:tcW w:w="209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4F62CF0B" w14:textId="77777777" w:rsidR="00D57FEC" w:rsidRDefault="00000000">
            <w:pPr>
              <w:spacing w:after="0" w:line="240" w:lineRule="auto"/>
            </w:pPr>
            <w:sdt>
              <w:sdtPr>
                <w:alias w:val="CODICE_FISCALE"/>
                <w:tag w:val="CODICE_FISCALE"/>
                <w:id w:val="1298257212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1CADCBDE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nato/a a</w:t>
            </w:r>
          </w:p>
        </w:tc>
        <w:tc>
          <w:tcPr>
            <w:tcW w:w="246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5272B939" w14:textId="77777777" w:rsidR="00D57FEC" w:rsidRDefault="00000000">
            <w:pPr>
              <w:spacing w:after="0" w:line="240" w:lineRule="auto"/>
            </w:pPr>
            <w:sdt>
              <w:sdtPr>
                <w:alias w:val="LUOGO_NASCITA"/>
                <w:tag w:val="LUOGO_NASCITA"/>
                <w:id w:val="-848101932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</w:tr>
    </w:tbl>
    <w:p w14:paraId="13AC89F1" w14:textId="77777777" w:rsidR="00D57FEC" w:rsidRDefault="00D57FEC">
      <w:pPr>
        <w:spacing w:after="2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312"/>
        <w:gridCol w:w="1644"/>
        <w:gridCol w:w="1191"/>
        <w:gridCol w:w="4054"/>
      </w:tblGrid>
      <w:tr w:rsidR="00D57FEC" w14:paraId="3D8D8681" w14:textId="77777777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5D3494E7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prov.</w:t>
            </w:r>
          </w:p>
        </w:tc>
        <w:tc>
          <w:tcPr>
            <w:tcW w:w="70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45413E28" w14:textId="77777777" w:rsidR="00D57FEC" w:rsidRDefault="00000000">
            <w:pPr>
              <w:spacing w:after="0" w:line="240" w:lineRule="auto"/>
            </w:pPr>
            <w:sdt>
              <w:sdtPr>
                <w:alias w:val="PROV_NASCITA"/>
                <w:tag w:val="PROV_NASCITA"/>
                <w:id w:val="426082802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72FA4F02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il</w:t>
            </w:r>
          </w:p>
        </w:tc>
        <w:tc>
          <w:tcPr>
            <w:tcW w:w="164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07B5EEB3" w14:textId="77777777" w:rsidR="00D57FEC" w:rsidRDefault="00000000">
            <w:pPr>
              <w:spacing w:after="0" w:line="240" w:lineRule="auto"/>
            </w:pPr>
            <w:sdt>
              <w:sdtPr>
                <w:alias w:val="DATA_NASCITA"/>
                <w:tag w:val="DATA_NASCITA"/>
                <w:id w:val="-2050676738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6992FCF3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residente a</w:t>
            </w:r>
          </w:p>
        </w:tc>
        <w:tc>
          <w:tcPr>
            <w:tcW w:w="405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46FEF1C2" w14:textId="77777777" w:rsidR="00D57FEC" w:rsidRDefault="00000000">
            <w:pPr>
              <w:spacing w:after="0" w:line="240" w:lineRule="auto"/>
            </w:pPr>
            <w:sdt>
              <w:sdtPr>
                <w:alias w:val="RESIDENZA"/>
                <w:tag w:val="RESIDENZA"/>
                <w:id w:val="-1872602162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</w:tr>
    </w:tbl>
    <w:p w14:paraId="796DD355" w14:textId="77777777" w:rsidR="00D57FEC" w:rsidRDefault="00D57FEC">
      <w:pPr>
        <w:spacing w:after="2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397"/>
        <w:gridCol w:w="3657"/>
        <w:gridCol w:w="255"/>
        <w:gridCol w:w="624"/>
        <w:gridCol w:w="652"/>
        <w:gridCol w:w="1049"/>
      </w:tblGrid>
      <w:tr w:rsidR="00D57FEC" w14:paraId="19DF6E79" w14:textId="77777777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0551673B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prov.</w:t>
            </w:r>
          </w:p>
        </w:tc>
        <w:tc>
          <w:tcPr>
            <w:tcW w:w="70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1EF205F2" w14:textId="77777777" w:rsidR="00D57FEC" w:rsidRDefault="00000000">
            <w:pPr>
              <w:spacing w:after="0" w:line="240" w:lineRule="auto"/>
            </w:pPr>
            <w:sdt>
              <w:sdtPr>
                <w:alias w:val="PROV_RESIDENZA"/>
                <w:tag w:val="PROV_RESIDENZA"/>
                <w:id w:val="1446421234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45DAE1A4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via</w:t>
            </w:r>
          </w:p>
        </w:tc>
        <w:tc>
          <w:tcPr>
            <w:tcW w:w="3657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790F2A6A" w14:textId="77777777" w:rsidR="00D57FEC" w:rsidRDefault="00000000">
            <w:pPr>
              <w:spacing w:after="0" w:line="240" w:lineRule="auto"/>
            </w:pPr>
            <w:sdt>
              <w:sdtPr>
                <w:alias w:val="VIA"/>
                <w:tag w:val="VIA"/>
                <w:id w:val="1970019873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55DB1C8B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n.</w:t>
            </w:r>
          </w:p>
        </w:tc>
        <w:tc>
          <w:tcPr>
            <w:tcW w:w="62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51E2DA09" w14:textId="77777777" w:rsidR="00D57FEC" w:rsidRDefault="00000000">
            <w:pPr>
              <w:spacing w:after="0" w:line="240" w:lineRule="auto"/>
            </w:pPr>
            <w:sdt>
              <w:sdtPr>
                <w:alias w:val="CIVICO"/>
                <w:tag w:val="CIVICO"/>
                <w:id w:val="721404729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06D3676F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c.a.p.</w:t>
            </w:r>
          </w:p>
        </w:tc>
        <w:tc>
          <w:tcPr>
            <w:tcW w:w="104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7733D0D5" w14:textId="77777777" w:rsidR="00D57FEC" w:rsidRDefault="00000000">
            <w:pPr>
              <w:spacing w:after="0" w:line="240" w:lineRule="auto"/>
            </w:pPr>
            <w:sdt>
              <w:sdtPr>
                <w:alias w:val="CAP"/>
                <w:tag w:val="CAP"/>
                <w:id w:val="-983076310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</w:tr>
    </w:tbl>
    <w:p w14:paraId="2B9DCB6F" w14:textId="77777777" w:rsidR="00D57FEC" w:rsidRDefault="00D57FEC">
      <w:pPr>
        <w:spacing w:after="2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608"/>
        <w:gridCol w:w="539"/>
        <w:gridCol w:w="2778"/>
        <w:gridCol w:w="1162"/>
        <w:gridCol w:w="1672"/>
      </w:tblGrid>
      <w:tr w:rsidR="00D57FEC" w14:paraId="1E291E84" w14:textId="77777777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5F9232FF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tel.</w:t>
            </w:r>
          </w:p>
        </w:tc>
        <w:tc>
          <w:tcPr>
            <w:tcW w:w="260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06BB3A08" w14:textId="77777777" w:rsidR="00D57FEC" w:rsidRDefault="00000000">
            <w:pPr>
              <w:spacing w:after="0" w:line="240" w:lineRule="auto"/>
            </w:pPr>
            <w:sdt>
              <w:sdtPr>
                <w:alias w:val="TELEFONO"/>
                <w:tag w:val="TELEFONO"/>
                <w:id w:val="-40676376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57ADECC4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cell.</w:t>
            </w:r>
          </w:p>
        </w:tc>
        <w:tc>
          <w:tcPr>
            <w:tcW w:w="277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46610D52" w14:textId="77777777" w:rsidR="00D57FEC" w:rsidRDefault="00000000">
            <w:pPr>
              <w:spacing w:after="0" w:line="240" w:lineRule="auto"/>
            </w:pPr>
            <w:sdt>
              <w:sdtPr>
                <w:alias w:val="CELLULARE"/>
                <w:tag w:val="CELLULARE"/>
                <w:id w:val="1278833180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1448CEC5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e-mail unibg</w:t>
            </w:r>
          </w:p>
        </w:tc>
        <w:tc>
          <w:tcPr>
            <w:tcW w:w="167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48311616" w14:textId="77777777" w:rsidR="00D57FEC" w:rsidRDefault="00000000">
            <w:pPr>
              <w:spacing w:after="0" w:line="240" w:lineRule="auto"/>
            </w:pPr>
            <w:sdt>
              <w:sdtPr>
                <w:alias w:val="EMAIL_UNIBG"/>
                <w:tag w:val="EMAIL_UNIBG"/>
                <w:id w:val="-267382706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</w:tr>
    </w:tbl>
    <w:p w14:paraId="2A845D3C" w14:textId="77777777" w:rsidR="00D57FEC" w:rsidRDefault="00D57FEC">
      <w:pPr>
        <w:spacing w:after="2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6973"/>
      </w:tblGrid>
      <w:tr w:rsidR="00D57FEC" w14:paraId="53D98765" w14:textId="77777777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32F991E0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e-mail personale</w:t>
            </w:r>
          </w:p>
        </w:tc>
        <w:tc>
          <w:tcPr>
            <w:tcW w:w="6973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2B5E185E" w14:textId="77777777" w:rsidR="00D57FEC" w:rsidRDefault="00000000">
            <w:pPr>
              <w:spacing w:after="0" w:line="240" w:lineRule="auto"/>
            </w:pPr>
            <w:sdt>
              <w:sdtPr>
                <w:alias w:val="EMAIL_PERSONALE"/>
                <w:tag w:val="EMAIL_PERSONALE"/>
                <w:id w:val="-778256795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</w:tr>
    </w:tbl>
    <w:p w14:paraId="5B2BFED6" w14:textId="77777777" w:rsidR="00D57FEC" w:rsidRDefault="00D57FEC">
      <w:pPr>
        <w:spacing w:after="2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33"/>
        <w:gridCol w:w="1587"/>
        <w:gridCol w:w="340"/>
        <w:gridCol w:w="1701"/>
      </w:tblGrid>
      <w:tr w:rsidR="00D57FEC" w14:paraId="72C07CC3" w14:textId="77777777">
        <w:trPr>
          <w:jc w:val="center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41DC4D15" w14:textId="77777777" w:rsidR="00D57FEC" w:rsidRPr="00615459" w:rsidRDefault="00000000">
            <w:pPr>
              <w:spacing w:after="0" w:line="240" w:lineRule="auto"/>
              <w:rPr>
                <w:lang w:val="it-IT"/>
              </w:rPr>
            </w:pPr>
            <w:r w:rsidRPr="00615459">
              <w:rPr>
                <w:sz w:val="18"/>
                <w:lang w:val="it-IT"/>
              </w:rPr>
              <w:t>iscritto/a per l’anno accademico</w:t>
            </w:r>
          </w:p>
        </w:tc>
        <w:tc>
          <w:tcPr>
            <w:tcW w:w="1587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3B85E357" w14:textId="77777777" w:rsidR="00D57FEC" w:rsidRDefault="00000000">
            <w:pPr>
              <w:spacing w:after="0" w:line="240" w:lineRule="auto"/>
            </w:pPr>
            <w:sdt>
              <w:sdtPr>
                <w:alias w:val="ANNO_ACCADEMICO"/>
                <w:tag w:val="ANNO_ACCADEMICO"/>
                <w:id w:val="-1697540272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1A6F49BD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al</w:t>
            </w:r>
          </w:p>
        </w:tc>
        <w:tc>
          <w:tcPr>
            <w:tcW w:w="170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3A6C95ED" w14:textId="77777777" w:rsidR="00D57FEC" w:rsidRDefault="00000000">
            <w:pPr>
              <w:spacing w:after="0" w:line="240" w:lineRule="auto"/>
            </w:pPr>
            <w:sdt>
              <w:sdtPr>
                <w:alias w:val="ANNO_CORSO"/>
                <w:tag w:val="ANNO_CORSO"/>
                <w:id w:val="729356400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</w:tr>
    </w:tbl>
    <w:p w14:paraId="5D7F329C" w14:textId="77777777" w:rsidR="00D57FEC" w:rsidRDefault="00D57FEC">
      <w:pPr>
        <w:spacing w:after="0" w:line="240" w:lineRule="auto"/>
      </w:pPr>
    </w:p>
    <w:p w14:paraId="73C5688E" w14:textId="77777777" w:rsidR="00D57FEC" w:rsidRPr="00615459" w:rsidRDefault="00000000">
      <w:pPr>
        <w:spacing w:after="40" w:line="240" w:lineRule="auto"/>
        <w:rPr>
          <w:lang w:val="it-IT"/>
        </w:rPr>
      </w:pPr>
      <w:r w:rsidRPr="00615459">
        <w:rPr>
          <w:sz w:val="18"/>
          <w:lang w:val="it-IT"/>
        </w:rPr>
        <w:t>(indicare l’anno di Corso, ad es, 2 IC, o Fuori Corso, ad es. 1 FC) del corso di laurea triennale/magistrale/specialistica/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7"/>
        <w:gridCol w:w="7427"/>
      </w:tblGrid>
      <w:tr w:rsidR="00D57FEC" w14:paraId="7DA0752E" w14:textId="77777777">
        <w:trPr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77490046" w14:textId="77777777" w:rsidR="00D57FEC" w:rsidRDefault="00000000">
            <w:pPr>
              <w:spacing w:after="0" w:line="240" w:lineRule="auto"/>
            </w:pPr>
            <w:proofErr w:type="spellStart"/>
            <w:r>
              <w:rPr>
                <w:sz w:val="18"/>
              </w:rPr>
              <w:t>ciclo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unico</w:t>
            </w:r>
            <w:proofErr w:type="spellEnd"/>
            <w:r>
              <w:rPr>
                <w:sz w:val="18"/>
              </w:rPr>
              <w:t xml:space="preserve"> in</w:t>
            </w:r>
          </w:p>
        </w:tc>
        <w:tc>
          <w:tcPr>
            <w:tcW w:w="7427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469C84D3" w14:textId="77777777" w:rsidR="00D57FEC" w:rsidRDefault="00000000">
            <w:pPr>
              <w:spacing w:after="0" w:line="240" w:lineRule="auto"/>
            </w:pPr>
            <w:sdt>
              <w:sdtPr>
                <w:alias w:val="CORSO_LAUREA"/>
                <w:tag w:val="CORSO_LAUREA"/>
                <w:id w:val="-854274382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</w:tr>
    </w:tbl>
    <w:p w14:paraId="0FBC6072" w14:textId="77777777" w:rsidR="00D57FEC" w:rsidRDefault="00D57FEC">
      <w:pPr>
        <w:spacing w:after="20" w:line="240" w:lineRule="auto"/>
      </w:pPr>
    </w:p>
    <w:p w14:paraId="48CCBD45" w14:textId="77777777" w:rsidR="00D57FEC" w:rsidRPr="00615459" w:rsidRDefault="00000000">
      <w:pPr>
        <w:spacing w:after="20" w:line="240" w:lineRule="auto"/>
        <w:rPr>
          <w:lang w:val="it-IT"/>
        </w:rPr>
      </w:pPr>
      <w:r w:rsidRPr="00615459">
        <w:rPr>
          <w:sz w:val="18"/>
          <w:lang w:val="it-IT"/>
        </w:rPr>
        <w:t>con disabilità (indicare la tipologia) oppure DSA (indicare la tipologia di DSA):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74"/>
      </w:tblGrid>
      <w:tr w:rsidR="00D57FEC" w14:paraId="3821FE27" w14:textId="77777777">
        <w:trPr>
          <w:jc w:val="center"/>
        </w:trPr>
        <w:tc>
          <w:tcPr>
            <w:tcW w:w="867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7185E152" w14:textId="77777777" w:rsidR="00D57FEC" w:rsidRDefault="00000000">
            <w:pPr>
              <w:spacing w:after="0" w:line="240" w:lineRule="auto"/>
            </w:pPr>
            <w:sdt>
              <w:sdtPr>
                <w:alias w:val="TIPOLOGIA_DISABILITA_DSA"/>
                <w:tag w:val="TIPOLOGIA_DISABILITA_DSA"/>
                <w:id w:val="-74133124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</w:tr>
    </w:tbl>
    <w:p w14:paraId="0B1FDF49" w14:textId="77777777" w:rsidR="00D57FEC" w:rsidRDefault="00D57FEC">
      <w:pPr>
        <w:spacing w:after="80" w:line="240" w:lineRule="auto"/>
      </w:pPr>
    </w:p>
    <w:p w14:paraId="60C5A113" w14:textId="77777777" w:rsidR="00D57FEC" w:rsidRDefault="00000000">
      <w:pPr>
        <w:spacing w:before="40" w:after="40" w:line="240" w:lineRule="auto"/>
        <w:jc w:val="center"/>
      </w:pPr>
      <w:r>
        <w:rPr>
          <w:b/>
        </w:rPr>
        <w:t>PRESA VISIONE</w:t>
      </w:r>
    </w:p>
    <w:p w14:paraId="18C14087" w14:textId="77777777" w:rsidR="00D57FEC" w:rsidRPr="00615459" w:rsidRDefault="00000000">
      <w:pPr>
        <w:spacing w:after="40" w:line="240" w:lineRule="auto"/>
        <w:rPr>
          <w:lang w:val="it-IT"/>
        </w:rPr>
      </w:pPr>
      <w:r w:rsidRPr="00615459">
        <w:rPr>
          <w:sz w:val="18"/>
          <w:lang w:val="it-IT"/>
        </w:rPr>
        <w:t xml:space="preserve">della/e guida/e ai servizi alla pagina web </w:t>
      </w:r>
      <w:r w:rsidRPr="00615459">
        <w:rPr>
          <w:sz w:val="18"/>
          <w:u w:val="single"/>
          <w:lang w:val="it-IT"/>
        </w:rPr>
        <w:t>https://www.unibg.it/studia-noi/frequentare/disabilita-e-dsa</w:t>
      </w:r>
    </w:p>
    <w:p w14:paraId="48D540BA" w14:textId="77777777" w:rsidR="00D57FEC" w:rsidRPr="00615459" w:rsidRDefault="00000000">
      <w:pPr>
        <w:spacing w:after="0" w:line="240" w:lineRule="auto"/>
        <w:rPr>
          <w:lang w:val="it-IT"/>
        </w:rPr>
      </w:pPr>
      <w:proofErr w:type="gramStart"/>
      <w:r w:rsidRPr="00615459">
        <w:rPr>
          <w:sz w:val="18"/>
          <w:lang w:val="it-IT"/>
        </w:rPr>
        <w:t>☐  GUIDA</w:t>
      </w:r>
      <w:proofErr w:type="gramEnd"/>
      <w:r w:rsidRPr="00615459">
        <w:rPr>
          <w:sz w:val="18"/>
          <w:lang w:val="it-IT"/>
        </w:rPr>
        <w:t xml:space="preserve"> per studenti con disabilità</w:t>
      </w:r>
    </w:p>
    <w:p w14:paraId="3820F690" w14:textId="77777777" w:rsidR="00D57FEC" w:rsidRPr="00615459" w:rsidRDefault="00000000">
      <w:pPr>
        <w:spacing w:after="60" w:line="240" w:lineRule="auto"/>
        <w:rPr>
          <w:lang w:val="it-IT"/>
        </w:rPr>
      </w:pPr>
      <w:proofErr w:type="gramStart"/>
      <w:r w:rsidRPr="00615459">
        <w:rPr>
          <w:sz w:val="18"/>
          <w:lang w:val="it-IT"/>
        </w:rPr>
        <w:t>☐  GUIDA</w:t>
      </w:r>
      <w:proofErr w:type="gramEnd"/>
      <w:r w:rsidRPr="00615459">
        <w:rPr>
          <w:sz w:val="18"/>
          <w:lang w:val="it-IT"/>
        </w:rPr>
        <w:t xml:space="preserve"> per studenti con DSA</w:t>
      </w:r>
    </w:p>
    <w:p w14:paraId="639FC7BB" w14:textId="77777777" w:rsidR="00D57FEC" w:rsidRPr="00615459" w:rsidRDefault="00000000">
      <w:pPr>
        <w:spacing w:after="40" w:line="240" w:lineRule="auto"/>
        <w:jc w:val="center"/>
        <w:rPr>
          <w:lang w:val="it-IT"/>
        </w:rPr>
      </w:pPr>
      <w:r w:rsidRPr="00615459">
        <w:rPr>
          <w:b/>
          <w:lang w:val="it-IT"/>
        </w:rPr>
        <w:t>CHIEDE</w:t>
      </w:r>
    </w:p>
    <w:p w14:paraId="03BE2D79" w14:textId="77777777" w:rsidR="00D57FEC" w:rsidRPr="00615459" w:rsidRDefault="00000000">
      <w:pPr>
        <w:spacing w:after="20" w:line="240" w:lineRule="auto"/>
        <w:rPr>
          <w:lang w:val="it-IT"/>
        </w:rPr>
      </w:pPr>
      <w:r w:rsidRPr="00615459">
        <w:rPr>
          <w:sz w:val="18"/>
          <w:lang w:val="it-IT"/>
        </w:rPr>
        <w:t>☐ Aggiornamento dicitura PDP/PEI per cambio curriculum, cambio corso o iscrizione ad una laurea magistrale. Si prega di indicare nel riquadro sottostante il nuovo curriculum o corso: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74"/>
      </w:tblGrid>
      <w:tr w:rsidR="00D57FEC" w14:paraId="75593465" w14:textId="77777777">
        <w:trPr>
          <w:jc w:val="center"/>
        </w:trPr>
        <w:tc>
          <w:tcPr>
            <w:tcW w:w="867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31E33AF2" w14:textId="77777777" w:rsidR="00D57FEC" w:rsidRDefault="00000000">
            <w:pPr>
              <w:spacing w:after="0" w:line="240" w:lineRule="auto"/>
            </w:pPr>
            <w:sdt>
              <w:sdtPr>
                <w:alias w:val="NUOVO_CURRICULUM_CORSO"/>
                <w:tag w:val="NUOVO_CURRICULUM_CORSO"/>
                <w:id w:val="-571819710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</w:tr>
    </w:tbl>
    <w:p w14:paraId="7A3C08C4" w14:textId="77777777" w:rsidR="00D57FEC" w:rsidRDefault="00D57FEC">
      <w:pPr>
        <w:spacing w:after="20" w:line="240" w:lineRule="auto"/>
      </w:pPr>
    </w:p>
    <w:p w14:paraId="6C292DA1" w14:textId="77777777" w:rsidR="00D57FEC" w:rsidRPr="00615459" w:rsidRDefault="00000000">
      <w:pPr>
        <w:spacing w:after="40" w:line="240" w:lineRule="auto"/>
        <w:rPr>
          <w:lang w:val="it-IT"/>
        </w:rPr>
      </w:pPr>
      <w:r w:rsidRPr="00615459">
        <w:rPr>
          <w:sz w:val="18"/>
          <w:lang w:val="it-IT"/>
        </w:rPr>
        <w:t>☐ Richiesta Tutor (riservato a studenti con disabilità).</w:t>
      </w:r>
    </w:p>
    <w:p w14:paraId="02C85F05" w14:textId="77777777" w:rsidR="00D57FEC" w:rsidRPr="00615459" w:rsidRDefault="00000000">
      <w:pPr>
        <w:spacing w:after="100" w:line="240" w:lineRule="auto"/>
        <w:rPr>
          <w:lang w:val="it-IT"/>
        </w:rPr>
      </w:pPr>
      <w:r w:rsidRPr="00615459">
        <w:rPr>
          <w:sz w:val="18"/>
          <w:lang w:val="it-IT"/>
        </w:rPr>
        <w:t>☐ Richiesta accompagnamento a lezione (riservato a studenti con disabilità visiva o motoria).</w:t>
      </w:r>
    </w:p>
    <w:p w14:paraId="5BF1FB16" w14:textId="77777777" w:rsidR="00D57FEC" w:rsidRPr="00615459" w:rsidRDefault="00000000">
      <w:pPr>
        <w:spacing w:after="0" w:line="240" w:lineRule="auto"/>
        <w:rPr>
          <w:lang w:val="it-IT"/>
        </w:rPr>
      </w:pPr>
      <w:r w:rsidRPr="00615459">
        <w:rPr>
          <w:sz w:val="15"/>
          <w:lang w:val="it-IT"/>
        </w:rPr>
        <w:t>Ai sensi del Regolamento Europeo sulla Protezione dei Dati (GDPR) del 27 aprile 2016, i dati personali forniti dagli studenti saranno raccolti dal Servizio Orientamento e programmi internazionali degli Studi di Bergamo e trattati</w:t>
      </w:r>
    </w:p>
    <w:p w14:paraId="6D3A64A4" w14:textId="77777777" w:rsidR="00D57FEC" w:rsidRPr="00615459" w:rsidRDefault="00000000">
      <w:pPr>
        <w:rPr>
          <w:lang w:val="it-IT"/>
        </w:rPr>
      </w:pPr>
      <w:r w:rsidRPr="00615459">
        <w:rPr>
          <w:lang w:val="it-IT"/>
        </w:rPr>
        <w:br/>
      </w:r>
      <w:r w:rsidRPr="00615459">
        <w:rPr>
          <w:lang w:val="it-IT"/>
        </w:rPr>
        <w:br w:type="page"/>
      </w:r>
    </w:p>
    <w:p w14:paraId="7433DCC3" w14:textId="77777777" w:rsidR="00D57FEC" w:rsidRPr="00615459" w:rsidRDefault="00000000">
      <w:pPr>
        <w:spacing w:before="80" w:after="360" w:line="240" w:lineRule="auto"/>
        <w:rPr>
          <w:lang w:val="it-IT"/>
        </w:rPr>
      </w:pPr>
      <w:r w:rsidRPr="00615459">
        <w:rPr>
          <w:sz w:val="18"/>
          <w:lang w:val="it-IT"/>
        </w:rPr>
        <w:lastRenderedPageBreak/>
        <w:t xml:space="preserve">per le finalità specifiche dell’attività di supporto presso l’ufficio Servizi alle disabilità e ai DSA Si dichiara inoltre di essere a conoscenza dell’art. 39 legge 448/98 in materia di autocertificazione dei soggetti portatori di handicap nonché dell’art. 76 </w:t>
      </w:r>
      <w:proofErr w:type="spellStart"/>
      <w:r w:rsidRPr="00615459">
        <w:rPr>
          <w:sz w:val="18"/>
          <w:lang w:val="it-IT"/>
        </w:rPr>
        <w:t>DpR</w:t>
      </w:r>
      <w:proofErr w:type="spellEnd"/>
      <w:r w:rsidRPr="00615459">
        <w:rPr>
          <w:sz w:val="18"/>
          <w:lang w:val="it-IT"/>
        </w:rPr>
        <w:t xml:space="preserve"> 445/2000 in materia di norme penali nel caso di dichiarazioni mendaci.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3061"/>
      </w:tblGrid>
      <w:tr w:rsidR="00D57FEC" w14:paraId="2D4DD492" w14:textId="77777777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" w:type="dxa"/>
              <w:bottom w:w="15" w:type="dxa"/>
              <w:right w:w="20" w:type="dxa"/>
            </w:tcMar>
            <w:vAlign w:val="center"/>
          </w:tcPr>
          <w:p w14:paraId="04A92858" w14:textId="77777777" w:rsidR="00D57FEC" w:rsidRDefault="00000000">
            <w:pPr>
              <w:spacing w:after="0" w:line="240" w:lineRule="auto"/>
            </w:pPr>
            <w:r>
              <w:rPr>
                <w:sz w:val="18"/>
              </w:rPr>
              <w:t>Bergamo,</w:t>
            </w:r>
          </w:p>
        </w:tc>
        <w:tc>
          <w:tcPr>
            <w:tcW w:w="306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1F000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687D630D" w14:textId="77777777" w:rsidR="00D57FEC" w:rsidRDefault="00000000">
            <w:pPr>
              <w:spacing w:after="0" w:line="240" w:lineRule="auto"/>
            </w:pPr>
            <w:sdt>
              <w:sdtPr>
                <w:alias w:val="DATA"/>
                <w:tag w:val="DATA"/>
                <w:id w:val="-2034095650"/>
                <w:text/>
              </w:sdtPr>
              <w:sdtContent>
                <w:r>
                  <w:rPr>
                    <w:sz w:val="18"/>
                  </w:rPr>
                  <w:t> </w:t>
                </w:r>
              </w:sdtContent>
            </w:sdt>
          </w:p>
        </w:tc>
      </w:tr>
    </w:tbl>
    <w:p w14:paraId="1DE0BFA1" w14:textId="77777777" w:rsidR="00D57FEC" w:rsidRDefault="00D57FEC">
      <w:pPr>
        <w:spacing w:after="440" w:line="240" w:lineRule="auto"/>
      </w:pPr>
    </w:p>
    <w:p w14:paraId="52244E1E" w14:textId="77777777" w:rsidR="00D57FEC" w:rsidRDefault="00000000">
      <w:pPr>
        <w:spacing w:after="0" w:line="240" w:lineRule="auto"/>
        <w:jc w:val="right"/>
      </w:pPr>
      <w:r>
        <w:rPr>
          <w:sz w:val="20"/>
        </w:rPr>
        <w:t>Firma __________________________________</w:t>
      </w:r>
    </w:p>
    <w:sectPr w:rsidR="00D57FEC" w:rsidSect="00615459">
      <w:headerReference w:type="default" r:id="rId8"/>
      <w:footerReference w:type="default" r:id="rId9"/>
      <w:pgSz w:w="12240" w:h="15840"/>
      <w:pgMar w:top="1985" w:right="1304" w:bottom="1134" w:left="1304" w:header="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833A4" w14:textId="77777777" w:rsidR="00D94B1F" w:rsidRDefault="00D94B1F">
      <w:pPr>
        <w:spacing w:after="0" w:line="240" w:lineRule="auto"/>
      </w:pPr>
      <w:r>
        <w:separator/>
      </w:r>
    </w:p>
  </w:endnote>
  <w:endnote w:type="continuationSeparator" w:id="0">
    <w:p w14:paraId="5F17859E" w14:textId="77777777" w:rsidR="00D94B1F" w:rsidRDefault="00D94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B674B" w14:textId="77777777" w:rsidR="00D57FEC" w:rsidRPr="00615459" w:rsidRDefault="00000000">
    <w:pPr>
      <w:pStyle w:val="Pidipagina"/>
      <w:rPr>
        <w:lang w:val="it-IT"/>
      </w:rPr>
    </w:pPr>
    <w:r w:rsidRPr="00615459">
      <w:rPr>
        <w:sz w:val="13"/>
        <w:lang w:val="it-IT"/>
      </w:rPr>
      <w:t>Servizi per le disabilità e i DSA</w:t>
    </w:r>
    <w:r w:rsidRPr="00615459">
      <w:rPr>
        <w:sz w:val="13"/>
        <w:lang w:val="it-IT"/>
      </w:rPr>
      <w:br/>
      <w:t>Via dei Caniana, 2 – 24127 Bergamo</w:t>
    </w:r>
    <w:r w:rsidRPr="00615459">
      <w:rPr>
        <w:sz w:val="13"/>
        <w:lang w:val="it-IT"/>
      </w:rPr>
      <w:br/>
      <w:t>tel. 035 2052595; e-mail: servizi.disabili@unibg.it; servizi.dsa@unibg.it</w:t>
    </w:r>
    <w:r w:rsidRPr="00615459">
      <w:rPr>
        <w:sz w:val="13"/>
        <w:lang w:val="it-IT"/>
      </w:rPr>
      <w:br/>
      <w:t>Università degli Studi di Bergamo www.unibg.it Cod. Fiscale 80004350163 P.IVA 01612800167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FDA50" w14:textId="77777777" w:rsidR="00D94B1F" w:rsidRDefault="00D94B1F">
      <w:pPr>
        <w:spacing w:after="0" w:line="240" w:lineRule="auto"/>
      </w:pPr>
      <w:r>
        <w:separator/>
      </w:r>
    </w:p>
  </w:footnote>
  <w:footnote w:type="continuationSeparator" w:id="0">
    <w:p w14:paraId="7021DE41" w14:textId="77777777" w:rsidR="00D94B1F" w:rsidRDefault="00D94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6E445" w14:textId="303FF52B" w:rsidR="00D57FEC" w:rsidRDefault="00615459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0AD523B" wp14:editId="44704D2E">
          <wp:simplePos x="0" y="0"/>
          <wp:positionH relativeFrom="column">
            <wp:posOffset>-818515</wp:posOffset>
          </wp:positionH>
          <wp:positionV relativeFrom="paragraph">
            <wp:posOffset>-499745</wp:posOffset>
          </wp:positionV>
          <wp:extent cx="7958327" cy="1697355"/>
          <wp:effectExtent l="0" t="0" r="5080" b="0"/>
          <wp:wrapNone/>
          <wp:docPr id="532674545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8327" cy="1697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011699">
    <w:abstractNumId w:val="8"/>
  </w:num>
  <w:num w:numId="2" w16cid:durableId="189295818">
    <w:abstractNumId w:val="6"/>
  </w:num>
  <w:num w:numId="3" w16cid:durableId="1900938278">
    <w:abstractNumId w:val="5"/>
  </w:num>
  <w:num w:numId="4" w16cid:durableId="344134619">
    <w:abstractNumId w:val="4"/>
  </w:num>
  <w:num w:numId="5" w16cid:durableId="537355913">
    <w:abstractNumId w:val="7"/>
  </w:num>
  <w:num w:numId="6" w16cid:durableId="1379816694">
    <w:abstractNumId w:val="3"/>
  </w:num>
  <w:num w:numId="7" w16cid:durableId="1129399892">
    <w:abstractNumId w:val="2"/>
  </w:num>
  <w:num w:numId="8" w16cid:durableId="1725254211">
    <w:abstractNumId w:val="1"/>
  </w:num>
  <w:num w:numId="9" w16cid:durableId="81522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40CD"/>
    <w:rsid w:val="00615459"/>
    <w:rsid w:val="00891E98"/>
    <w:rsid w:val="00AA1D8D"/>
    <w:rsid w:val="00B47730"/>
    <w:rsid w:val="00CB0664"/>
    <w:rsid w:val="00D57FEC"/>
    <w:rsid w:val="00D94B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BCA50"/>
  <w14:defaultImageDpi w14:val="300"/>
  <w15:docId w15:val="{50EEF8F4-AB87-4D10-9E70-565927CC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1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Francesca GRITTI</cp:lastModifiedBy>
  <cp:revision>2</cp:revision>
  <dcterms:created xsi:type="dcterms:W3CDTF">2026-08-19T13:24:00Z</dcterms:created>
  <dcterms:modified xsi:type="dcterms:W3CDTF">2026-08-19T13:24:00Z</dcterms:modified>
  <cp:category/>
</cp:coreProperties>
</file>